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COLEGIO MAYOR SANTILLANA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SOLICITUD DE ADMISIÓN  2026/2027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DATOS PERSONALES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Nombre y Apellidos: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Email: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Teléfono: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Fecha de nacimiento (DD/MM/AAAA):</w:t>
      </w:r>
    </w:p>
    <w:p w:rsidR="00000000" w:rsidDel="00000000" w:rsidP="00000000" w:rsidRDefault="00000000" w:rsidRPr="00000000" w14:paraId="00000008">
      <w:pPr>
        <w:rPr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SOBRE TI Y TUS MOTIVACIONES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Antes de empezar tu solicitud…</w:t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En Santillana entendemos la admisión como el primer paso de tu propia aventura universitaria. Por eso, esta solicitud no es un simple formulario de datos: es una oportunidad para que nos cuentes quién eres, qué te mueve y cómo quieres crecer en tu etapa universitaria.</w:t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Es importante que seas tú mismo quien la cumplimente, en primera persona, y que lo hagas en un espacio tranquilo. Calcula unos 20 minutos para responder con calma y sinceridad.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i w:val="1"/>
          <w:rtl w:val="0"/>
        </w:rPr>
        <w:t xml:space="preserve">Si solo buscas un lugar donde dormir, quizá este no sea el sitio para ti. Pero si te interesa un colegio mayor que te rete a crecer, te invitamos a seguir adelante.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Más allá de los estudios, ¿por qué te gustaría vivir en Santillana y qué esperas encontrar aquí que no encontrarías en otro lugar?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Respuesta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Si tuvieras que presentarte en tres frases a tus futuros compañeros de Santillana, ¿qué contarías sobre ti?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¿Qué cualidad personal crees que más valoran los demás en ti?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¿Y en qué aspecto te gustaría mejorar durante tu etapa universitaria?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¿Has leído en la web sobre nuestro plan formativo HÉROE®?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Sí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De las sesiones formativas de Santillana, ¿cuáles te atraen más y por qué?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Autoconocimiento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Salud corporal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Hábitos de vida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Emociones y relaciones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rascendencia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Plenitud personal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Cuestiones de actualidad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Arte y Cultura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Desarrollo profesional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rtl w:val="0"/>
        </w:rPr>
        <w:t xml:space="preserve">En el Colegio Mayor, cada colegial cuenta con un tutor personal... ¿Qué temas te gustaría trabajar con tu tutor cada semana?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Respuesta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rtl w:val="0"/>
        </w:rPr>
        <w:t xml:space="preserve">¿Has participado en alguna actividad solidaria o de voluntariado? Cuéntanos cuál y qué aprendiste.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rtl w:val="0"/>
        </w:rPr>
        <w:t xml:space="preserve">¿En qué actividades solidarias de Santillana te gustaría participar?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Visita a presos en la cárcel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Recogida de alimentos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Pintar viviendas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Desayuno solidario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Acompañamiento de ancianos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Campo de trabajo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Visita a enfermos en el hospital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Catequesis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Otras: Añade tu respuesta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rtl w:val="0"/>
        </w:rPr>
        <w:t xml:space="preserve">¿Has realizado algún campo de trabajo?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Sí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</w:t>
      </w:r>
    </w:p>
    <w:p w:rsidR="00000000" w:rsidDel="00000000" w:rsidP="00000000" w:rsidRDefault="00000000" w:rsidRPr="00000000" w14:paraId="00000033">
      <w:pPr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CRECIMIENTO PERSONAL Y TRASCENDENCIA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 xml:space="preserve">¿Qué temas te atraen más? (puedes marcar más de uno)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Filosofía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Ética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Espiritualidad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Actualidad social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Grandes preguntas de la vida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rtl w:val="0"/>
        </w:rPr>
        <w:t xml:space="preserve">¿Te interesa recibir formación cristiana (continuar si ya la tienes, o empezar si no)?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Sí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b w:val="1"/>
          <w:rtl w:val="0"/>
        </w:rPr>
        <w:t xml:space="preserve">En temas de trascendencia: ¿Qué actividades de Santillana te atraen más?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Lectura guiada de la Divina Comedia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Encuentros de reflexión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Participar en el coro colegial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Humanismo cristiano y liderazgo personal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Nada</w:t>
      </w:r>
    </w:p>
    <w:p w:rsidR="00000000" w:rsidDel="00000000" w:rsidP="00000000" w:rsidRDefault="00000000" w:rsidRPr="00000000" w14:paraId="00000044">
      <w:pPr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CONVIVENCIAS Y VIAJES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Camino de Santiago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Congreso UNIV (Semana Santa en Roma)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Jornadas Universitarias en los Pirineos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del IESE Summer School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Campo de trabajo solidario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Visita al Parlamento Europeo</w:t>
      </w:r>
    </w:p>
    <w:p w:rsidR="00000000" w:rsidDel="00000000" w:rsidP="00000000" w:rsidRDefault="00000000" w:rsidRPr="00000000" w14:paraId="0000004B">
      <w:pPr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CLUBES Y ACTIVIDADES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Club de Lectura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Club de Montaña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Club de Debate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Programa FOCO (Desconectar del móvil)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Conciertos de música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Cursos de Guitarra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 Santillana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Radio / Revista Santillana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rtl w:val="0"/>
        </w:rPr>
        <w:t xml:space="preserve">Si pudieras proponer un nuevo club o actividad, ¿cuál sería y cómo te gustaría impulsarlo?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PREGUNTAS RÁPIDAS </w:t>
      </w:r>
      <w:r w:rsidDel="00000000" w:rsidR="00000000" w:rsidRPr="00000000">
        <w:rPr>
          <w:color w:val="0000ff"/>
          <w:rtl w:val="0"/>
        </w:rPr>
        <w:t xml:space="preserve">(Responde las que te sientas cómodo)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b w:val="1"/>
          <w:rtl w:val="0"/>
        </w:rPr>
        <w:t xml:space="preserve">¿Cuál es tu/tus deporte/s favorito/s?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b w:val="1"/>
          <w:rtl w:val="0"/>
        </w:rPr>
        <w:t xml:space="preserve">¿Género musical favorito?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b w:val="1"/>
          <w:rtl w:val="0"/>
        </w:rPr>
        <w:t xml:space="preserve">¿Grupo o cantante favorito/s?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b w:val="1"/>
          <w:rtl w:val="0"/>
        </w:rPr>
        <w:t xml:space="preserve">¿Tocas algún instrumento o cantas? ¿Te gustaría aprender?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b w:val="1"/>
          <w:rtl w:val="0"/>
        </w:rPr>
        <w:t xml:space="preserve">¿Género literario favorito?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b w:val="1"/>
          <w:rtl w:val="0"/>
        </w:rPr>
        <w:t xml:space="preserve">¿Libro/s favorito/s?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b w:val="1"/>
          <w:rtl w:val="0"/>
        </w:rPr>
        <w:t xml:space="preserve">¿Película/s favorita/s?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b w:val="1"/>
          <w:rtl w:val="0"/>
        </w:rPr>
        <w:t xml:space="preserve">¿Serie/s favorita/s?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b w:val="1"/>
          <w:rtl w:val="0"/>
        </w:rPr>
        <w:t xml:space="preserve">¿Comida o plato favorito?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b w:val="1"/>
          <w:rtl w:val="0"/>
        </w:rPr>
        <w:t xml:space="preserve">¿Un viaje o lugar que te gustaría conocer?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b w:val="1"/>
          <w:rtl w:val="0"/>
        </w:rPr>
        <w:t xml:space="preserve">¿Persona/s que más admiras?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b w:val="1"/>
          <w:rtl w:val="0"/>
        </w:rPr>
        <w:t xml:space="preserve">¿Afición o hobby que nunca dejarías?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b w:val="1"/>
          <w:rtl w:val="0"/>
        </w:rPr>
        <w:t xml:space="preserve">¿App que más usas en tu día a día?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b w:val="1"/>
          <w:rtl w:val="0"/>
        </w:rPr>
        <w:t xml:space="preserve">¿Qué tres cosas no pueden faltar en tu habitación?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b w:val="1"/>
          <w:rtl w:val="0"/>
        </w:rPr>
        <w:t xml:space="preserve">Si pudieras invitar a un personaje famoso a cenar en Santillana, ¿a quién traerías?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b w:val="1"/>
          <w:rtl w:val="0"/>
        </w:rPr>
        <w:t xml:space="preserve">¿Qué lugar de Madrid tienes más ganas de descubrir?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TU CAMINO ACADÉMICO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b w:val="1"/>
          <w:rtl w:val="0"/>
        </w:rPr>
        <w:t xml:space="preserve">Universidad/es en las que te gustaría estudiar: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b w:val="1"/>
          <w:rtl w:val="0"/>
        </w:rPr>
        <w:t xml:space="preserve">Grado (nombre de la carrera o especialización):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b w:val="1"/>
          <w:rtl w:val="0"/>
        </w:rPr>
        <w:t xml:space="preserve">Colegio / Instituto de procedencia: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b w:val="1"/>
          <w:rtl w:val="0"/>
        </w:rPr>
        <w:t xml:space="preserve">Media de 1º Bachillerato: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b w:val="1"/>
          <w:rtl w:val="0"/>
        </w:rPr>
        <w:t xml:space="preserve">Media de 2º Bachillerato (si dispones de ella):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b w:val="1"/>
          <w:rtl w:val="0"/>
        </w:rPr>
        <w:t xml:space="preserve">Nota de la EBAU (si dispones de ella):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DATOS FAMILIARES Y DE CONTACTO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b w:val="1"/>
          <w:rtl w:val="0"/>
        </w:rPr>
        <w:t xml:space="preserve">Contando contigo, ¿cuántos hermanos sois?: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rtl w:val="0"/>
        </w:rPr>
        <w:t xml:space="preserve">Nombre del padre: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b w:val="1"/>
          <w:rtl w:val="0"/>
        </w:rPr>
        <w:t xml:space="preserve">Teléfono del padre: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b w:val="1"/>
          <w:rtl w:val="0"/>
        </w:rPr>
        <w:t xml:space="preserve">E-mail del padre: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b w:val="1"/>
          <w:rtl w:val="0"/>
        </w:rPr>
        <w:t xml:space="preserve">Nombre de la madre: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b w:val="1"/>
          <w:rtl w:val="0"/>
        </w:rPr>
        <w:t xml:space="preserve">Teléfono de la madre: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b w:val="1"/>
          <w:rtl w:val="0"/>
        </w:rPr>
        <w:t xml:space="preserve">E-mail de la madre: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b w:val="1"/>
          <w:rtl w:val="0"/>
        </w:rPr>
        <w:t xml:space="preserve">Dirección: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b w:val="1"/>
          <w:rtl w:val="0"/>
        </w:rPr>
        <w:t xml:space="preserve">Código postal: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b w:val="1"/>
          <w:rtl w:val="0"/>
        </w:rPr>
        <w:t xml:space="preserve">Ciudad: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b w:val="1"/>
          <w:rtl w:val="0"/>
        </w:rPr>
        <w:t xml:space="preserve">Provincia: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b w:val="1"/>
          <w:rtl w:val="0"/>
        </w:rPr>
        <w:t xml:space="preserve">País: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i w:val="1"/>
          <w:rtl w:val="0"/>
        </w:rPr>
        <w:t xml:space="preserve">Respuesta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¿Cómo nos conociste?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Página web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Redes sociales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Familiares / amigos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Google / buscadores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 lo recomendó el colegio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 lo recomendó la universidad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Anuncios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Otros</w:t>
      </w:r>
    </w:p>
    <w:sectPr>
      <w:head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yI4cikUnbYqQO2C7+USdEGgSMg==">CgMxLjA4AHIhMUpKdjdOOC1LcmZXTldGeG02VXFDY2d4LUFpZG54azQy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